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CLIENT INFORMATION FORM – INDIVIDUAL</w:t>
      </w:r>
    </w:p>
    <w:p>
      <w:r>
        <w:t>Please complete this form accurately. We will separately request documents needed to verify identity and comply with applicable AML/CFT requirements. Do not send passport images or sensitive documents through an unsecured channel.</w:t>
      </w:r>
    </w:p>
    <w:p>
      <w:pPr>
        <w:pStyle w:val="Heading2"/>
      </w:pPr>
      <w:r>
        <w:t>1. Personal details</w:t>
      </w:r>
    </w:p>
    <w:p>
      <w:r>
        <w:t>Full legal name (including middle names):  ____________________________________________________________</w:t>
      </w:r>
    </w:p>
    <w:p>
      <w:r>
        <w:t>Preferred name:  ____________________________________________________________</w:t>
      </w:r>
    </w:p>
    <w:p>
      <w:r>
        <w:t>Any former names or aliases:  ____________________________________________________________</w:t>
      </w:r>
    </w:p>
    <w:p>
      <w:r>
        <w:t>Date of birth:  ____________________________________________________________</w:t>
      </w:r>
    </w:p>
    <w:p>
      <w:r>
        <w:t>Occupation and employer (if relevant):  ____________________________________________________________</w:t>
      </w:r>
    </w:p>
    <w:p>
      <w:r>
        <w:t>Citizenship(s):  ____________________________________________________________</w:t>
      </w:r>
    </w:p>
    <w:p>
      <w:r>
        <w:t>Country of birth:  ____________________________________________________________</w:t>
      </w:r>
    </w:p>
    <w:p>
      <w:r>
        <w:t>Residential street address (no PO Box):  ____________________________________________________________</w:t>
      </w:r>
    </w:p>
    <w:p>
      <w:r>
        <w:t>Postal address (if different):  ____________________________________________________________</w:t>
      </w:r>
    </w:p>
    <w:p>
      <w:r>
        <w:t>Email address:  ____________________________________________________________</w:t>
      </w:r>
    </w:p>
    <w:p>
      <w:r>
        <w:t>Mobile / telephone:  ____________________________________________________________</w:t>
      </w:r>
    </w:p>
    <w:p>
      <w:r>
        <w:t>Preferred contact method:  ____________________________________________________________</w:t>
      </w:r>
    </w:p>
    <w:p>
      <w:pPr>
        <w:pStyle w:val="Heading2"/>
      </w:pPr>
      <w:r>
        <w:t>2. Engagement and instructions</w:t>
      </w:r>
    </w:p>
    <w:p>
      <w:r>
        <w:t>Legal matter / service requested:  ____________________________________________________________</w:t>
      </w:r>
    </w:p>
    <w:p>
      <w:r>
        <w:t>How did you hear about us?:  ____________________________________________________________</w:t>
      </w:r>
    </w:p>
    <w:p>
      <w:r>
        <w:t>If jointly instructing, names of other clients:  ____________________________________________________________</w:t>
      </w:r>
    </w:p>
    <w:p>
      <w:r>
        <w:t>Primary contact person (if applicable):  ____________________________________________________________</w:t>
      </w:r>
    </w:p>
    <w:p>
      <w:r>
        <w:t>Are you acting for yourself or another person? If another, explain authority:  ____________________________________________________________</w:t>
      </w:r>
    </w:p>
    <w:p>
      <w:pPr>
        <w:pStyle w:val="Heading2"/>
      </w:pPr>
      <w:r>
        <w:t>3. Identity and verification</w:t>
      </w:r>
    </w:p>
    <w:p>
      <w:r>
        <w:t>Identification type (passport / NZ driver licence / other):  ____________________________________________________________</w:t>
      </w:r>
    </w:p>
    <w:p>
      <w:r>
        <w:t>Identification issuing country:  ____________________________________________________________</w:t>
      </w:r>
    </w:p>
    <w:p>
      <w:r>
        <w:t>Are you a politically exposed person (PEP), or a close family member / associate of one? Please explain if yes:  ____________________________________________________________</w:t>
      </w:r>
    </w:p>
    <w:p>
      <w:r>
        <w:t>Are you a tax resident outside New Zealand? (only if relevant to your matter):  ____________________________________________________________</w:t>
      </w:r>
    </w:p>
    <w:p>
      <w:r>
        <w:t>We may ask for current photo identification, evidence of residential address, visa/immigration information where relevant, and information about source of funds or wealth when required by law or risk assessment. Please provide these only when requested via an approved secure method.</w:t>
      </w:r>
    </w:p>
    <w:p>
      <w:pPr>
        <w:pStyle w:val="Heading2"/>
      </w:pPr>
      <w:r>
        <w:t>4. Matter-specific information</w:t>
      </w:r>
    </w:p>
    <w:p>
      <w:r>
        <w:t>If money/property is involved, general nature and expected value:  ____________________________________________________________</w:t>
      </w:r>
    </w:p>
    <w:p>
      <w:r>
        <w:t>Expected source of funds (e.g. savings, salary, sale, loan, gift) where relevant:  ____________________________________________________________</w:t>
      </w:r>
    </w:p>
    <w:p>
      <w:r>
        <w:t>Other relevant parties / conflicts information:  ____________________________________________________________</w:t>
      </w:r>
    </w:p>
    <w:p>
      <w:pPr>
        <w:pStyle w:val="Heading2"/>
      </w:pPr>
      <w:r>
        <w:t>5. Privacy and declaration</w:t>
      </w:r>
    </w:p>
    <w:p>
      <w:r>
        <w:t>Information is collected to assess and provide legal services, verify identity, comply with legal obligations, manage conflicts, and administer the engagement. See our Privacy Policy for further details.</w:t>
      </w:r>
    </w:p>
    <w:p>
      <w:r>
        <w:t>I confirm the information provided is true and complete (name):  ____________________________________________________________</w:t>
      </w:r>
    </w:p>
    <w:p>
      <w:r>
        <w:t>Signature (if printed):  ____________________________________________________________</w:t>
      </w:r>
    </w:p>
    <w:p>
      <w:r>
        <w:t>Date:  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Victorian Lawyers Limited  •  Confidential client information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VICTORIAN LAWYERS LIMITED  |  CLIENT PORTAL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